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שם של ארץ לשם של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מילים: ארץ, שפה, עולם,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 הצגה עצמית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ארץ או שפה?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היא מקום, שפה היא איך שמדברים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של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נכנס צרפת, יוצא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ארץ לשפה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בשקופית 2 מוצגות ארבע דמויות עם בועות דיבור בשפות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המכונה הופכת שם ארץ לשם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בשקופית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ההנחיות אין להציג מילות שיר מלאות, רק שם וקישור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שקופיות הפתיחה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החצר הקסומה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הכירו את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המפה המעופפת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רגע של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מכונת השפות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ושם ארץ, למשל: אני דנה, אני מישראל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אחת מהשפה האישית עם הסבר קצר ומדויק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שארץ היא מקום ושפה היא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ארץ־שפה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אישית שהתלמיד מביא מהבית נחשבת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השקופיות תוך כדי פתרון הדף כדי לחבר בין התמונה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לכל תלמיד לשתף מילה אחת משפת הבית לפני מילוי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נפגוש ילדים מארצות שונות שמגיעים לחצר בית הספר. נלמד איך שם של ארץ הופך לשם של שפה, ונתרגל מילים חדשות מתוך היחידה.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ארץ או שפה?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ארץ לשפה?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היא מקום, שפה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היא מקום, ארץ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כשמוסיפים את הסיומת ־ית לשם של ארץ מקבלים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שמתארת את כל הארצות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במכונת השפות ביחידה, מה נכנס ומה יוצא?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נכנס צרפתית, יוצא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נכנס צרפת, יוצא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נכנס עברית, יוצא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נכנס שלום, יוצא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במשחק חצי־חצי צריך למצוא התאמה 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לצבע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לשפה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לתמונה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__________,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במכונת השפות נכנסת המילה צרפת ויוצאת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שמתארת את כל הארצות ביחד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הכוכב שבו אנחנו חיים נקרא כדור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בשקופית הסיום כל תלמיד חושב על __________ אחת שהוא לוקח איתו.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במצגת מופיעות ארבע דמויות ילדים מארבע ארצות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מכונת השפות הופכת שם של שפה לשם של 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בשקופית הסיום המצלמה מתרחקת ומראה שהחצר היא חלק מכדור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שמושמע ביחידה מופיעות כל המילים כתובות על המסך.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שקופיות הפתיחה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הכירו את החברים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מכונת השפות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החצר הקסומה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המעופפת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הצגה עצמית בעברית לפי התבנית: אני ___, אני מ___.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מילה אחת משפת הבית שלכם שהייתם מוסיפים ללוח מילון החצר. כתבו את המילה ואת פירושה בעברית.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ארץ לשפה?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לארץ ולשפה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מהחצר?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אצלנו בחצר – ארצות ושפות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