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אצלנו בחצר – ארצות ושפות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הקשר בין שם של ארץ לשם של 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מילים: ארץ, שפה, עולם, כדור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משפט הצגה עצמית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ארץ או שפה?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ארץ היא מקום, שפה היא איך שמדברים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התאמה: ארץ ושפה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(אנגלית)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(רוסית)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(ערבית)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צרפתית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בשקופית 2 מוצגות ארבע דמויות עם בועות דיבור בשפות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הפוך – המכונה הופכת שם ארץ לשם שפה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שקופיות הפתיחה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– החצר הקסומה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הכירו את החברים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המפה המעופפת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רגע של 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שם ושם ארץ, למשל: אני דנה, אני מישראל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שארץ היא מקום ושפה היא 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זוג ארץ־שפה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אישית שהתלמיד מביא מהבית נחשבת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השקופיות תוך כדי פתרון הדף כדי לחבר בין התמונה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לכל תלמיד לשתף מילה אחת משפת הבית לפני מילוי משימת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אצלנו בחצר – ארצות ושפות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נפגוש ילדים מארצות שונות שמגיעים לחצר בית הספר. נלמד איך שם של ארץ הופך לשם של שפה, ונתרגל מילים חדשות מתוך היחידה.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שלום  ·  עולם  ·  צרפתית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ארץ או שפה?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בין ארץ לשפה?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הבדל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ארץ היא מקום, שפה היא איך שמדברים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שפה היא מקום, ארץ היא איך שמדברים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המילה שמתארת את כל הארצות ביחד?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התאמה: ארץ ושפה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רוסית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אנגליה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ערבית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רוסיה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אנגלית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אני __________, אני מצרפת.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במכונת השפות נכנסת המילה צרפת ויוצאת המילה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המילה שמתארת את כל הארצות ביחד היא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במצגת מופיעות ארבע דמויות ילדים מארבע ארצות שונות.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מכונת השפות הופכת שם של שפה לשם של 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שקופיות הפתיחה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רגע של שיר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המפה המעופפת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– החצר הקסומה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הכירו את החברים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הצגה עצמית בעברית לפי התבנית: אני ___, אני מ___.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ארץ לשפה?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לארץ ולשפה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אצלנו בחצר – ארצות ושפות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